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לשון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סוגי המסלולים באתר ואת ההתאמות שבכל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התאמות מתאימות לגיל ולצרכים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מידע מטבלה והסקת מסקנות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תיכון 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לכל אחד משלושת סוגי התיכון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ההתאמות שמופיעות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במסלול הזה אין ניקוד, יש מילון מונחים ומשפטים פשוטים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מסלול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(כפתורים גדולים וניקוד 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(רמז מדורג אחרי שתי טעויות)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(מילון מונחים עם הסבר 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(מילון חזותי באימוג׳י וחמש שפות)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העמקה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לפחות שתי התאמות קונקרטיות מהטבלה ותסביר את הקשר בינן לבין צרכי הקהל (למשל גיל, קושי בקריאה, עברית כשפה חדשה).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חנ״מ כולל רמזים, פחות אפשרויות ובלי טיימר; רגיל כולל את כל הפריטים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י'-י"ב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מילון חזותי, בלי ניקוד, או 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המקורית מהדף לפני התרגול כדי שהתלמידים יחפשו בה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לקבוצות ולתת לכל קבוצה להתמקד במסלול אחד ואז להציג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לדיון פתוח על הכלה והתאמות לומדים 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לשון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אפשרות לבחור מסלול לימוד מותאם: לפי גיל (יסודי, חט״ב, תיכון) ולפי סוג (רגיל, חנ״מ, עולים חדשים). בדף התרגול נבדוק מה ההבדלים בין המסלולים.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עולים חדשים  ·  טיימר  ·  העמקה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מסלול גיל מיועד לכיתות א'-ו'?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אפשרויות תשובה יש בדרך כלל במסלול חט״ב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מסלול מופיע "פרק העמקה"?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יסודי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חט״ב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תיכון רגיל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מסלול תיכון מיועד לכיתות י'-י"ב.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יסודי חנ״מ יש 8 פריטים בכל 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חט״ב עולים חדשים משתמשים בניקוד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מסלול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מילון חזותי באימוג׳י וחמש 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חט״ב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כפתורים גדולים וניקוד 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תיכון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רמז מדורג אחרי שתי טעויות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יסודי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מילון מונחים עם הסבר פשוט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מסלול __________ מתאים לתלמידים ותלמידות שעלו לאחרונה לארץ ולומדים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בכל מסלולי החנ״מ אין __________, כדי להפחית לחץ בזמן התרגול.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מסלול תיכון רגיל כולל פרק __________ עם משימות מאתגרות.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מסלולים שונים (אחד לפי גיל ואחד לפי סוג) והסבירו במילים שלכם למה ההתאמות שבהם מתאימות לקהל היעד שלהם.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מסלול רגיל למסלול חנ״מ?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לאיזה גיל מתאים מסלול תיכון?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בחירת מסלול באתר לשון בחט״ב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