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לשון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סוגי המסלולים באתר ואת ההתאמות שבכל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לגיל ולצרכים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מידע מטבלה והסקת מסקנות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מילון חזותי עם אימוג׳י וחמש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תיכון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אין בהם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לכל אחד משלושת סוגי התיכון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ההתאמות שמופיעות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במסלול הזה אין ניקוד, יש מילון מונחים ומשפטים 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בתיכון חנ״מ ההתאמה היא פירוק לשלבים קצרים, לא רמז אחרי שני ניסיונות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בטבלה שזה מצב אופציונלי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(כפתורים גדולים וניקוד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(רמז מדורג אחרי שתי טעויות)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(מילון מונחים עם הסבר 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(מילון חזותי באימוג׳י וחמש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(חשיבה מסדר גבוה ופרק העמקה)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לפחות שתי התאמות קונקרטיות מהטבלה ותסביר את הקשר בינן לבין צרכי הקהל (למשל גיל, קושי בקריאה, עברית כשפה חדשה).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כולל רמזים, פחות אפשרויות ובלי טיימר; רגיל כולל את כל הפריטים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י'-י"ב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מילון חזותי, בלי ניקוד, או 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המקורית מהדף לפני התרגול כדי שהתלמידים יחפשו בה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לקבוצות ולתת לכל קבוצה להתמקד במסלול אחד ואז להציג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לדיון פתוח על הכלה והתאמות לומדים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לשון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אפשר לבחור מסלול. יש מסלול לפי גיל ומסלול לפי צרכים. נלמד מה ההבדל בין המסלולים.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לימוד מותאמת לקבוצת תלמידים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- התאמות לתלמידים הזקוקים לעזרה נוספת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שהגיעו לאחרונה לארץ ולומדים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הנגשה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תוכן כדי שיהיה קל יותר להבין ולהשתמש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רם של הטקסט על המסך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מעל ומתחת לאותיות שעוזרים לקרוא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שסופר זמן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מדורג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שניתנת בשלבים, לא חושפת מיד את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מסלול מתאים לכיתות א'-ו'?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תשובות אפשריות יש במסלול חט״ב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במסלול יסודי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העמקה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חזותי עם אימוג׳י וחמש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עם מצב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פירוק לשלבים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 פרק העמקה?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חט״ב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אין בכל מסלולי החנ״מ?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בהם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בהם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בהם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בהם 8 פריטים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סמל שייך למסלול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🌍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🚀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תיכון מיועד לכיתות י'-י"ב.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יסודי חנ״מ יש 8 פריטים בכל משימה.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חט״ב עולים חדשים משתמשים בניקוד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תיכון חנ״מ יש רמז אחרי שני ניסיונות, בדיוק כמו ביסודי חנ״מ.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חט״ב רגיל יש אפשרות לחידון במצב תחרות.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חשיבה מסדר גבוה ופרק העמקה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מילון מונחים עם הסבר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תיכון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מילון חזותי באימוג׳י וחמש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יסודי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כפתורים גדולים וניקוד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תיכון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רמז מדורג אחרי שתי טעויות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מסלול __________ מתאים לתלמידים ותלמידות שעלו לאחרונה לארץ ולומדים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מסלולי החנ״מ אין __________, כדי להפחית לחץ בזמן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מסלול תיכון רגיל כולל פרק __________ עם משימות מאתגרות.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מסלול יסודי רגיל משתמש בניקוד מלא ובכפתורים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חט״ב רגיל יש מיון לקטגוריות וחידון עם מצב __________ אופציונלי.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מסלולים שונים (אחד לפי גיל ואחד לפי סוג) והסבירו במילים שלכם למה ההתאמות שבהם מתאימות לקהל היעד שלהם.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 למסלול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לאיזה גיל מתאים מסלול תיכון?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במסלול עולים חדשים.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מסלול באתר לשון בחט״ב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